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51" w:rsidRDefault="00E37DBB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00BDAC4" wp14:editId="01D45385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90575" cy="790575"/>
            <wp:effectExtent l="0" t="0" r="9525" b="9525"/>
            <wp:wrapNone/>
            <wp:docPr id="2" name="Picture 2" descr="D:\Bikash ISNT\Role - Vice President\ISNT Logo New updated 29 Nov 2024\ISNT Logo Ex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kash ISNT\Role - Vice President\ISNT Logo New updated 29 Nov 2024\ISNT Logo Exp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4F">
        <w:rPr>
          <w:rFonts w:ascii="Arial" w:hAnsi="Arial"/>
          <w:b/>
          <w:color w:val="002060"/>
          <w:sz w:val="26"/>
        </w:rPr>
        <w:t>INDIAN SOCIETY FOR NON-DESTRUCTIVE TESTING (ISNT)</w:t>
      </w:r>
      <w:r w:rsidR="00E07B4F">
        <w:rPr>
          <w:rFonts w:ascii="Arial" w:hAnsi="Arial"/>
          <w:b/>
          <w:color w:val="002060"/>
          <w:sz w:val="26"/>
        </w:rPr>
        <w:br/>
      </w:r>
      <w:r w:rsidR="00E07B4F">
        <w:rPr>
          <w:rFonts w:ascii="Arial" w:hAnsi="Arial"/>
          <w:b/>
        </w:rPr>
        <w:t>APPLICATION FORM</w:t>
      </w:r>
      <w:r w:rsidR="00E07B4F">
        <w:rPr>
          <w:rFonts w:ascii="Arial" w:hAnsi="Arial"/>
          <w:b/>
        </w:rPr>
        <w:br/>
        <w:t>NATIONAL NDT AWARDS — YOUNG NDT SCIENTIST / ENGINEER AWARD</w:t>
      </w:r>
      <w:r w:rsidR="00E07B4F">
        <w:rPr>
          <w:rFonts w:ascii="Arial" w:hAnsi="Arial"/>
          <w:b/>
        </w:rPr>
        <w:br/>
      </w:r>
      <w:r w:rsidR="00E07B4F">
        <w:rPr>
          <w:rFonts w:ascii="Arial" w:hAnsi="Arial"/>
          <w:i/>
          <w:sz w:val="19"/>
        </w:rPr>
        <w:t>[ Category Specific Form | Category: Age Limit ≤ 40 Years | Annexure III D ]</w:t>
      </w:r>
      <w:r w:rsidR="00E07B4F">
        <w:rPr>
          <w:rFonts w:ascii="Arial" w:hAnsi="Arial"/>
          <w:i/>
          <w:sz w:val="19"/>
        </w:rPr>
        <w:br/>
      </w:r>
      <w:r w:rsidR="00E07B4F">
        <w:rPr>
          <w:color w:val="646464"/>
          <w:sz w:val="17"/>
        </w:rPr>
        <w:t>Form ID: ISNT-AF-YNG-04 | Revision: 2.0 | SOP Reference: ISNT-SOP-AWR-01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666927" w:rsidRPr="00666927" w:rsidTr="00666927">
        <w:trPr>
          <w:trHeight w:val="644"/>
        </w:trPr>
        <w:tc>
          <w:tcPr>
            <w:tcW w:w="9926" w:type="dxa"/>
            <w:shd w:val="clear" w:color="auto" w:fill="002060"/>
          </w:tcPr>
          <w:p w:rsidR="00666927" w:rsidRPr="00666927" w:rsidRDefault="00666927" w:rsidP="00210B72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</w:rPr>
              <w:t>A. AWARD CATEGORY, ELIGIBILITY &amp; SUBMISSION ROUTE</w:t>
            </w:r>
          </w:p>
        </w:tc>
      </w:tr>
    </w:tbl>
    <w:p w:rsidR="00666927" w:rsidRDefault="00666927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2"/>
        <w:gridCol w:w="4964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Target Category: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☐  Young NDT Scientist / Engineer Award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Submission Route: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☐ Route A: Direct Self-Application</w:t>
            </w:r>
            <w:r>
              <w:rPr>
                <w:rFonts w:ascii="Arial" w:hAnsi="Arial"/>
                <w:sz w:val="18"/>
              </w:rPr>
              <w:br/>
              <w:t>☐ Route B: Nomination by Organisation / ISNT Chapter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Exact Age Limit &amp; Criteria: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 w:rsidP="00666927">
            <w:pPr>
              <w:spacing w:after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 Age Limit: Maximum 40 Years as of Cut-off Date</w:t>
            </w:r>
            <w:r>
              <w:rPr>
                <w:rFonts w:ascii="Arial" w:hAnsi="Arial"/>
                <w:sz w:val="18"/>
              </w:rPr>
              <w:br/>
              <w:t>• Cut-off Date for Age Calculation: 31st August of Award Year</w:t>
            </w:r>
            <w:r>
              <w:rPr>
                <w:rFonts w:ascii="Arial" w:hAnsi="Arial"/>
                <w:sz w:val="18"/>
              </w:rPr>
              <w:br/>
              <w:t>• Age Calculation Method: Com</w:t>
            </w:r>
            <w:r w:rsidR="0051378D">
              <w:rPr>
                <w:rFonts w:ascii="Arial" w:hAnsi="Arial"/>
                <w:sz w:val="18"/>
              </w:rPr>
              <w:t>pleted years as of cut-off date</w:t>
            </w:r>
          </w:p>
          <w:p w:rsidR="00666927" w:rsidRDefault="00666927" w:rsidP="00666927">
            <w:pPr>
              <w:spacing w:after="0"/>
            </w:pPr>
            <w:r>
              <w:rPr>
                <w:rFonts w:ascii="Arial" w:hAnsi="Arial"/>
                <w:sz w:val="18"/>
              </w:rPr>
              <w:t>• Approved Exceptions / Career Break Allowance: ___________________ (As per ISNT policy)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Standardised DOB Evidence:</w:t>
            </w:r>
            <w:r>
              <w:rPr>
                <w:rFonts w:ascii="Arial" w:hAnsi="Arial"/>
                <w:b/>
                <w:sz w:val="18"/>
              </w:rPr>
              <w:br/>
              <w:t>(Attach standardised legal proof)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 w:rsidP="00B84E26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Birth Certificate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Valid Passport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Class X Certificate / Matriculation Certificate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PAN Card</w:t>
            </w:r>
            <w:r w:rsidR="00B84E26">
              <w:rPr>
                <w:rFonts w:ascii="Arial" w:hAnsi="Arial"/>
                <w:sz w:val="18"/>
              </w:rPr>
              <w:t xml:space="preserve"> </w:t>
            </w:r>
            <w:r w:rsidR="00B84E26">
              <w:rPr>
                <w:rFonts w:ascii="Segoe UI Symbol" w:hAnsi="Segoe UI Symbol" w:cs="Segoe UI Symbol"/>
                <w:sz w:val="18"/>
              </w:rPr>
              <w:t>☐</w:t>
            </w:r>
            <w:r w:rsidR="00B84E26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="00B84E26">
              <w:rPr>
                <w:rFonts w:ascii="Arial" w:hAnsi="Arial"/>
                <w:sz w:val="18"/>
              </w:rPr>
              <w:t>Aadhar</w:t>
            </w:r>
            <w:proofErr w:type="spellEnd"/>
            <w:r w:rsidR="00B84E26">
              <w:rPr>
                <w:rFonts w:ascii="Arial" w:hAnsi="Arial"/>
                <w:sz w:val="18"/>
              </w:rPr>
              <w:t xml:space="preserve"> Card</w:t>
            </w:r>
          </w:p>
        </w:tc>
      </w:tr>
    </w:tbl>
    <w:p w:rsidR="00E60B0E" w:rsidRDefault="00E60B0E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60B0E" w:rsidRPr="00E60B0E" w:rsidTr="00E60B0E">
        <w:trPr>
          <w:trHeight w:val="678"/>
        </w:trPr>
        <w:tc>
          <w:tcPr>
            <w:tcW w:w="9926" w:type="dxa"/>
            <w:shd w:val="clear" w:color="auto" w:fill="002060"/>
          </w:tcPr>
          <w:p w:rsidR="00E60B0E" w:rsidRPr="00E60B0E" w:rsidRDefault="00E60B0E" w:rsidP="004A7EF3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60B0E">
              <w:rPr>
                <w:rFonts w:ascii="Arial" w:hAnsi="Arial"/>
                <w:b/>
                <w:color w:val="FFFFFF" w:themeColor="background1"/>
              </w:rPr>
              <w:t>B. APPLICANT / NOMINEE DETAILS</w:t>
            </w:r>
          </w:p>
        </w:tc>
      </w:tr>
    </w:tbl>
    <w:p w:rsidR="00E60B0E" w:rsidRDefault="00E60B0E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2865"/>
        <w:gridCol w:w="2098"/>
      </w:tblGrid>
      <w:tr w:rsidR="00FA54C4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>
            <w:r>
              <w:rPr>
                <w:rFonts w:ascii="Arial" w:hAnsi="Arial"/>
                <w:b/>
                <w:sz w:val="18"/>
              </w:rPr>
              <w:t>Full Name (Capitals):</w:t>
            </w:r>
          </w:p>
        </w:tc>
        <w:tc>
          <w:tcPr>
            <w:tcW w:w="286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>
            <w:pPr>
              <w:jc w:val="right"/>
              <w:rPr>
                <w:rFonts w:ascii="Arial" w:hAnsi="Arial"/>
                <w:color w:val="808080"/>
                <w:sz w:val="16"/>
              </w:rPr>
            </w:pPr>
          </w:p>
          <w:p w:rsidR="00FA54C4" w:rsidRDefault="00FA54C4" w:rsidP="00FA54C4">
            <w:pPr>
              <w:jc w:val="right"/>
            </w:pPr>
          </w:p>
        </w:tc>
        <w:tc>
          <w:tcPr>
            <w:tcW w:w="2098" w:type="dxa"/>
            <w:vMerge w:val="restart"/>
            <w:tcBorders>
              <w:left w:val="single" w:sz="4" w:space="0" w:color="auto"/>
            </w:tcBorders>
          </w:tcPr>
          <w:p w:rsidR="00FA54C4" w:rsidRDefault="00FA54C4" w:rsidP="00FA54C4">
            <w:pPr>
              <w:jc w:val="right"/>
            </w:pPr>
            <w:r>
              <w:rPr>
                <w:rFonts w:ascii="Arial" w:hAnsi="Arial"/>
                <w:color w:val="808080"/>
                <w:sz w:val="16"/>
              </w:rPr>
              <w:t>AFFIX PASSPORT SIZE</w:t>
            </w:r>
            <w:r>
              <w:rPr>
                <w:rFonts w:ascii="Arial" w:hAnsi="Arial"/>
                <w:color w:val="808080"/>
                <w:sz w:val="16"/>
              </w:rPr>
              <w:br/>
              <w:t>PHOTOGRAPH HERE</w:t>
            </w:r>
          </w:p>
        </w:tc>
      </w:tr>
      <w:tr w:rsidR="00FA54C4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>
            <w:r>
              <w:rPr>
                <w:rFonts w:ascii="Arial" w:hAnsi="Arial"/>
                <w:b/>
                <w:sz w:val="18"/>
              </w:rPr>
              <w:t>Date of Birth (DD/MM/YYYY):</w:t>
            </w:r>
          </w:p>
        </w:tc>
        <w:tc>
          <w:tcPr>
            <w:tcW w:w="286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/>
        </w:tc>
        <w:tc>
          <w:tcPr>
            <w:tcW w:w="2098" w:type="dxa"/>
            <w:vMerge/>
            <w:tcBorders>
              <w:left w:val="single" w:sz="4" w:space="0" w:color="auto"/>
            </w:tcBorders>
          </w:tcPr>
          <w:p w:rsidR="00FA54C4" w:rsidRDefault="00FA54C4"/>
        </w:tc>
      </w:tr>
      <w:tr w:rsidR="00FA54C4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>
            <w:r>
              <w:rPr>
                <w:rFonts w:ascii="Arial" w:hAnsi="Arial"/>
                <w:b/>
                <w:sz w:val="18"/>
              </w:rPr>
              <w:t>Designation &amp; Organisation:</w:t>
            </w:r>
          </w:p>
        </w:tc>
        <w:tc>
          <w:tcPr>
            <w:tcW w:w="286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A54C4" w:rsidRDefault="00FA54C4"/>
        </w:tc>
        <w:tc>
          <w:tcPr>
            <w:tcW w:w="2098" w:type="dxa"/>
            <w:vMerge/>
            <w:tcBorders>
              <w:left w:val="single" w:sz="4" w:space="0" w:color="auto"/>
            </w:tcBorders>
          </w:tcPr>
          <w:p w:rsidR="00FA54C4" w:rsidRDefault="00FA54C4"/>
        </w:tc>
      </w:tr>
      <w:tr w:rsidR="00416A51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Official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Residential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lastRenderedPageBreak/>
              <w:t>Contact Details: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Phone:</w:t>
            </w:r>
            <w:r>
              <w:rPr>
                <w:rFonts w:ascii="Arial" w:hAnsi="Arial"/>
                <w:sz w:val="18"/>
              </w:rPr>
              <w:br/>
              <w:t>Email:</w:t>
            </w:r>
          </w:p>
        </w:tc>
      </w:tr>
      <w:tr w:rsidR="00416A51" w:rsidTr="00FA54C4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ISNT Membership No.:</w:t>
            </w:r>
          </w:p>
          <w:p w:rsidR="00D118E2" w:rsidRDefault="00D118E2" w:rsidP="00D118E2">
            <w:pPr>
              <w:spacing w:line="240" w:lineRule="auto"/>
            </w:pP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(</w:t>
            </w:r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ISNT Membership is mandatory and shall be valid from the date of application through </w:t>
            </w:r>
            <w:bookmarkStart w:id="0" w:name="_GoBack"/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31st </w:t>
            </w:r>
            <w:bookmarkEnd w:id="0"/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Dec 2026</w:t>
            </w: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).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95"/>
        </w:trPr>
        <w:tc>
          <w:tcPr>
            <w:tcW w:w="9926" w:type="dxa"/>
            <w:shd w:val="clear" w:color="auto" w:fill="002060"/>
          </w:tcPr>
          <w:p w:rsidR="00E370D2" w:rsidRPr="00E370D2" w:rsidRDefault="00E370D2" w:rsidP="001B2F24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C. NOMINATOR DETAILS (OPTIONAL — IF APPLICABLE)</w:t>
            </w:r>
          </w:p>
        </w:tc>
      </w:tr>
    </w:tbl>
    <w:p w:rsidR="00416A51" w:rsidRDefault="00E07B4F">
      <w:pPr>
        <w:spacing w:after="40"/>
      </w:pPr>
      <w:r>
        <w:rPr>
          <w:i/>
          <w:sz w:val="17"/>
        </w:rPr>
        <w:t>(Complete this section only if submitting under Route B: Nomination by Organisation/Chapter)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Nominator Type: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☐ ISNT Chapter    ☐ Honorary Fellow    ☐ Company / Industry    ☐ R&amp;D / Academic Institute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Name &amp; Address of Body: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Contact Person &amp; Designation: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Email:</w:t>
            </w:r>
            <w:r>
              <w:rPr>
                <w:rFonts w:ascii="Arial" w:hAnsi="Arial"/>
                <w:sz w:val="18"/>
              </w:rPr>
              <w:br/>
              <w:t>Phone:</w:t>
            </w:r>
          </w:p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94"/>
        </w:trPr>
        <w:tc>
          <w:tcPr>
            <w:tcW w:w="9926" w:type="dxa"/>
            <w:shd w:val="clear" w:color="auto" w:fill="002060"/>
          </w:tcPr>
          <w:p w:rsidR="00E370D2" w:rsidRPr="00E370D2" w:rsidRDefault="00E370D2" w:rsidP="006D0A54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D. EARLY CAREER TRACK RECORD &amp; QUALIFICATIONS</w:t>
            </w:r>
          </w:p>
        </w:tc>
      </w:tr>
    </w:tbl>
    <w:p w:rsidR="00E370D2" w:rsidRDefault="00E370D2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2"/>
        <w:gridCol w:w="4964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Highest Qualification &amp; Graduation Year: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Degree: ___________________ | Field: ___________________ | Year: _________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Total Career Length &amp; Break Allowances:</w:t>
            </w:r>
            <w:r>
              <w:rPr>
                <w:rFonts w:ascii="Arial" w:hAnsi="Arial"/>
                <w:b/>
                <w:sz w:val="18"/>
              </w:rPr>
              <w:br/>
              <w:t>(Adjusted for approved career breaks, if applicable)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Gross Career Length: ____ Yrs | Approved Career Breaks (Maternity/Sabbatical/Medical): ____ Yrs | Net Active Career Length: ____ Yrs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Professional &amp; Academic Engagements:</w:t>
            </w:r>
            <w:r>
              <w:rPr>
                <w:rFonts w:ascii="Arial" w:hAnsi="Arial"/>
                <w:b/>
                <w:sz w:val="18"/>
              </w:rPr>
              <w:br/>
              <w:t>(Note: Avoid over-emphasising formal titles)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Summary of roles, research engagements, and technical responsibilities:</w:t>
            </w:r>
          </w:p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49"/>
        </w:trPr>
        <w:tc>
          <w:tcPr>
            <w:tcW w:w="9926" w:type="dxa"/>
            <w:shd w:val="clear" w:color="auto" w:fill="002060"/>
          </w:tcPr>
          <w:p w:rsidR="00E370D2" w:rsidRPr="00E370D2" w:rsidRDefault="00E370D2" w:rsidP="00510450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E. INDIVIDUAL CONTRIBUTION, IMPACT &amp; FUTURE POTENTIAL</w:t>
            </w:r>
          </w:p>
        </w:tc>
      </w:tr>
    </w:tbl>
    <w:p w:rsidR="00416A51" w:rsidRDefault="00E07B4F">
      <w:pPr>
        <w:spacing w:after="80"/>
      </w:pPr>
      <w:r>
        <w:rPr>
          <w:i/>
          <w:sz w:val="17"/>
        </w:rPr>
        <w:t>Note: Word limits are specified per major criterion (250–400 words max). Up to 2 controlled annexures (max 2 pages total) may be attached. Team achievements must be accompanied by supervisor/project leader confirmation of the candidate's specific role.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4"/>
        <w:gridCol w:w="4962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1. Core Technical Contribution &amp; Project:</w:t>
            </w:r>
            <w:r>
              <w:rPr>
                <w:rFonts w:ascii="Arial" w:hAnsi="Arial"/>
                <w:b/>
                <w:sz w:val="18"/>
              </w:rPr>
              <w:br/>
              <w:t>(Max 400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lastRenderedPageBreak/>
              <w:t>2. Distinct Individual Contribution within Team / Project:</w:t>
            </w:r>
            <w:r>
              <w:rPr>
                <w:rFonts w:ascii="Arial" w:hAnsi="Arial"/>
                <w:b/>
                <w:sz w:val="18"/>
              </w:rPr>
              <w:br/>
              <w:t>(Max 350 words — Supervisor / Project Leader Confirmation: ☐ Attached  ☐ N/A)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3. Initiative, Problem-Solving &amp; Technical Leadership:</w:t>
            </w:r>
            <w:r>
              <w:rPr>
                <w:rFonts w:ascii="Arial" w:hAnsi="Arial"/>
                <w:b/>
                <w:sz w:val="18"/>
              </w:rPr>
              <w:br/>
              <w:t>(Max 350 words — Detail initiative, increasing responsibility, independent problem-solving, and technical leadership)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4. Practical or Scientific Impact &amp; Knowledge Dissemination:</w:t>
            </w:r>
            <w:r>
              <w:rPr>
                <w:rFonts w:ascii="Arial" w:hAnsi="Arial"/>
                <w:b/>
                <w:sz w:val="18"/>
              </w:rPr>
              <w:br/>
              <w:t>(Max 400 words — Detail practical/scientific impact, publications, patents, and knowledge dissemination)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5. Mentoring, Outreach &amp; ISNT/NDE Community Contribution:</w:t>
            </w:r>
            <w:r>
              <w:rPr>
                <w:rFonts w:ascii="Arial" w:hAnsi="Arial"/>
                <w:b/>
                <w:sz w:val="18"/>
              </w:rPr>
              <w:br/>
              <w:t>(Max 350 words — Detail mentoring, student/peer outreach, and active contribution to ISNT or NDE community)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6. Credible Future Plan &amp; Potential for NDT Advancement:</w:t>
            </w:r>
            <w:r>
              <w:rPr>
                <w:rFonts w:ascii="Arial" w:hAnsi="Arial"/>
                <w:b/>
                <w:sz w:val="18"/>
              </w:rPr>
              <w:br/>
              <w:t>(Max 350 words — Detail future vision, research/technical roadmap, and potential for discipline advancement)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416A51" w:rsidRDefault="00E07B4F">
      <w:pPr>
        <w:spacing w:before="160" w:after="40"/>
      </w:pPr>
      <w:r>
        <w:rPr>
          <w:b/>
        </w:rPr>
        <w:t>Candidate's Five Most Important Outputs &amp; Specific Contributions: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774"/>
        <w:gridCol w:w="3273"/>
        <w:gridCol w:w="2503"/>
        <w:gridCol w:w="2376"/>
      </w:tblGrid>
      <w:tr w:rsidR="00666927" w:rsidRPr="00666927" w:rsidTr="00666927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jc w:val="center"/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7"/>
              </w:rPr>
              <w:t>Sl.</w:t>
            </w:r>
          </w:p>
        </w:tc>
        <w:tc>
          <w:tcPr>
            <w:tcW w:w="316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jc w:val="center"/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7"/>
              </w:rPr>
              <w:t>Output Title &amp; Type (Publication/Patent/System/Standard)</w:t>
            </w:r>
          </w:p>
        </w:tc>
        <w:tc>
          <w:tcPr>
            <w:tcW w:w="316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jc w:val="center"/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7"/>
              </w:rPr>
              <w:t>Candidate's Specific Contribution</w:t>
            </w:r>
          </w:p>
        </w:tc>
        <w:tc>
          <w:tcPr>
            <w:tcW w:w="302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jc w:val="center"/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7"/>
              </w:rPr>
              <w:t>Practical / Scientific Impact &amp; Verification Source</w:t>
            </w:r>
          </w:p>
        </w:tc>
      </w:tr>
      <w:tr w:rsidR="00416A51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666927" w:rsidRDefault="00666927">
      <w:pPr>
        <w:spacing w:before="240" w:after="80"/>
        <w:rPr>
          <w:rFonts w:ascii="Arial" w:hAnsi="Arial"/>
          <w:b/>
          <w:color w:val="002060"/>
        </w:rPr>
      </w:pPr>
    </w:p>
    <w:p w:rsidR="00666927" w:rsidRPr="00E370D2" w:rsidRDefault="00666927" w:rsidP="00666927">
      <w:pPr>
        <w:spacing w:after="80"/>
        <w:rPr>
          <w:b/>
        </w:rPr>
      </w:pPr>
      <w:r w:rsidRPr="00E370D2">
        <w:rPr>
          <w:b/>
        </w:rPr>
        <w:t>Publications, Patents &amp; Key Accomplishments (Early Career):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456"/>
        <w:gridCol w:w="2016"/>
        <w:gridCol w:w="1440"/>
        <w:gridCol w:w="2592"/>
      </w:tblGrid>
      <w:tr w:rsidR="00666927" w:rsidTr="00244F56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6927" w:rsidRDefault="00666927" w:rsidP="00244F56"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lastRenderedPageBreak/>
              <w:t>Sl.</w:t>
            </w:r>
          </w:p>
        </w:tc>
        <w:tc>
          <w:tcPr>
            <w:tcW w:w="3456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6927" w:rsidRDefault="00666927" w:rsidP="00244F56"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Title of Output (Paper/Patent/Project)</w:t>
            </w:r>
          </w:p>
        </w:tc>
        <w:tc>
          <w:tcPr>
            <w:tcW w:w="2016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6927" w:rsidRDefault="00666927" w:rsidP="00244F56"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Type (Journal/Patent/Industry)</w:t>
            </w:r>
          </w:p>
        </w:tc>
        <w:tc>
          <w:tcPr>
            <w:tcW w:w="1440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6927" w:rsidRDefault="00666927" w:rsidP="00244F56"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Role (Lead/Co)</w:t>
            </w:r>
          </w:p>
        </w:tc>
        <w:tc>
          <w:tcPr>
            <w:tcW w:w="2592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6927" w:rsidRDefault="00666927" w:rsidP="00244F56"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Impact / Outcome</w:t>
            </w:r>
          </w:p>
        </w:tc>
      </w:tr>
      <w:tr w:rsidR="00666927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345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01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59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</w:tr>
      <w:tr w:rsidR="00666927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345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01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59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</w:tr>
      <w:tr w:rsidR="00666927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345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01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59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</w:tr>
      <w:tr w:rsidR="00666927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345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01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  <w:tc>
          <w:tcPr>
            <w:tcW w:w="259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666927" w:rsidRDefault="00666927" w:rsidP="00244F56">
            <w:pPr>
              <w:spacing w:after="0"/>
            </w:pPr>
          </w:p>
        </w:tc>
      </w:tr>
    </w:tbl>
    <w:p w:rsidR="00666927" w:rsidRDefault="00666927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26"/>
        </w:trPr>
        <w:tc>
          <w:tcPr>
            <w:tcW w:w="9926" w:type="dxa"/>
            <w:shd w:val="clear" w:color="auto" w:fill="002060"/>
          </w:tcPr>
          <w:p w:rsidR="00E370D2" w:rsidRPr="00E370D2" w:rsidRDefault="00E370D2" w:rsidP="00835182">
            <w:pPr>
              <w:spacing w:before="240" w:after="80"/>
              <w:rPr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F. SUPPORTING DOCUMENTS &amp; CONTROLLED ANNEXURES ATTACHED</w:t>
            </w:r>
          </w:p>
        </w:tc>
      </w:tr>
    </w:tbl>
    <w:p w:rsidR="00416A51" w:rsidRDefault="00E07B4F">
      <w:pPr>
        <w:spacing w:after="40"/>
      </w:pPr>
      <w:r>
        <w:rPr>
          <w:i/>
          <w:sz w:val="17"/>
        </w:rPr>
        <w:t xml:space="preserve">(Maximum 2 Controlled Annexures, up to 2 </w:t>
      </w:r>
      <w:proofErr w:type="gramStart"/>
      <w:r>
        <w:rPr>
          <w:i/>
          <w:sz w:val="17"/>
        </w:rPr>
        <w:t>pages</w:t>
      </w:r>
      <w:proofErr w:type="gramEnd"/>
      <w:r>
        <w:rPr>
          <w:i/>
          <w:sz w:val="17"/>
        </w:rPr>
        <w:t xml:space="preserve"> total allowed)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666927" w:rsidRPr="00666927" w:rsidTr="00666927">
        <w:trPr>
          <w:jc w:val="center"/>
        </w:trPr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8"/>
              </w:rPr>
              <w:t>Sl. No.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8"/>
              </w:rPr>
              <w:t>Document / Annexure Description (incl. Supervisor Confirmation)</w:t>
            </w:r>
            <w:r w:rsidR="00666927">
              <w:rPr>
                <w:rFonts w:ascii="Arial" w:hAnsi="Arial"/>
                <w:b/>
                <w:color w:val="FFFFFF" w:themeColor="background1"/>
                <w:sz w:val="18"/>
              </w:rPr>
              <w:t xml:space="preserve"> </w:t>
            </w:r>
            <w:r w:rsidR="00666927">
              <w:rPr>
                <w:rFonts w:ascii="Calibri" w:hAnsi="Calibri"/>
                <w:b/>
                <w:color w:val="FFFFFF"/>
                <w:sz w:val="18"/>
              </w:rPr>
              <w:t>(Publications, Patents, Testimonials, Reports, etc.)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Pr="00666927" w:rsidRDefault="00E07B4F">
            <w:pPr>
              <w:rPr>
                <w:color w:val="FFFFFF" w:themeColor="background1"/>
              </w:rPr>
            </w:pPr>
            <w:r w:rsidRPr="00666927">
              <w:rPr>
                <w:rFonts w:ascii="Arial" w:hAnsi="Arial"/>
                <w:b/>
                <w:color w:val="FFFFFF" w:themeColor="background1"/>
                <w:sz w:val="18"/>
              </w:rPr>
              <w:t>Attached (Yes / No)</w:t>
            </w:r>
          </w:p>
        </w:tc>
      </w:tr>
      <w:tr w:rsidR="00416A51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07"/>
        </w:trPr>
        <w:tc>
          <w:tcPr>
            <w:tcW w:w="9926" w:type="dxa"/>
            <w:shd w:val="clear" w:color="auto" w:fill="002060"/>
          </w:tcPr>
          <w:p w:rsidR="00E370D2" w:rsidRPr="00E370D2" w:rsidRDefault="00E370D2" w:rsidP="00761111">
            <w:pPr>
              <w:spacing w:before="240" w:after="80"/>
              <w:rPr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G. PROPOSED CITATION</w:t>
            </w:r>
          </w:p>
        </w:tc>
      </w:tr>
    </w:tbl>
    <w:p w:rsidR="00416A51" w:rsidRDefault="00E07B4F">
      <w:pPr>
        <w:spacing w:after="80"/>
      </w:pPr>
      <w:r>
        <w:rPr>
          <w:i/>
          <w:sz w:val="18"/>
        </w:rPr>
        <w:t>(Maximum 75 words — State precisely the principal achievement for which the award is proposed):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926"/>
      </w:tblGrid>
      <w:tr w:rsidR="00416A51">
        <w:trPr>
          <w:jc w:val="center"/>
        </w:trPr>
        <w:tc>
          <w:tcPr>
            <w:tcW w:w="99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767"/>
        </w:trPr>
        <w:tc>
          <w:tcPr>
            <w:tcW w:w="9926" w:type="dxa"/>
            <w:shd w:val="clear" w:color="auto" w:fill="002060"/>
          </w:tcPr>
          <w:p w:rsidR="00E370D2" w:rsidRPr="00E370D2" w:rsidRDefault="00E370D2" w:rsidP="0002403A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H. REFERENCES &amp; CONFIDENTIAL REFEREES</w:t>
            </w:r>
          </w:p>
        </w:tc>
      </w:tr>
    </w:tbl>
    <w:p w:rsidR="00E370D2" w:rsidRDefault="00E370D2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699"/>
        <w:gridCol w:w="2022"/>
        <w:gridCol w:w="2105"/>
        <w:gridCol w:w="2033"/>
        <w:gridCol w:w="2067"/>
      </w:tblGrid>
      <w:tr w:rsidR="00416A51">
        <w:trPr>
          <w:jc w:val="center"/>
        </w:trPr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 No.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Name of Referee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Designation &amp; Organisation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Full Address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Email &amp; Telephone</w:t>
            </w:r>
          </w:p>
        </w:tc>
      </w:tr>
      <w:tr w:rsidR="00416A51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</w:tbl>
    <w:p w:rsidR="00E370D2" w:rsidRDefault="00E370D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759"/>
        </w:trPr>
        <w:tc>
          <w:tcPr>
            <w:tcW w:w="9926" w:type="dxa"/>
            <w:shd w:val="clear" w:color="auto" w:fill="002060"/>
          </w:tcPr>
          <w:p w:rsidR="00E370D2" w:rsidRPr="00E370D2" w:rsidRDefault="00E370D2" w:rsidP="005F42FF">
            <w:pPr>
              <w:spacing w:before="240" w:after="80"/>
              <w:rPr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I. DECLARATIONS &amp; SEPARATE CONSENT</w:t>
            </w:r>
          </w:p>
        </w:tc>
      </w:tr>
    </w:tbl>
    <w:p w:rsidR="00416A51" w:rsidRDefault="00E07B4F">
      <w:pPr>
        <w:spacing w:after="80"/>
      </w:pPr>
      <w:r>
        <w:rPr>
          <w:b/>
        </w:rPr>
        <w:t>Applicant / Nominee Consent &amp; Declaration:</w:t>
      </w:r>
      <w:r>
        <w:rPr>
          <w:b/>
        </w:rPr>
        <w:br/>
      </w:r>
      <w:r>
        <w:rPr>
          <w:i/>
          <w:sz w:val="17"/>
        </w:rPr>
        <w:t>"I hereby consent to being considered for the National NDT Young Scientist / Engineer Award. I certify that the information submitted in this application is true, correct, and complete to the best of my knowledge. I understand that misleading details may lead to disqualification. I agree that annual confirmation/updates will be required if ISNT considers my application for subsequent cycles."</w:t>
      </w:r>
    </w:p>
    <w:p w:rsidR="00416A51" w:rsidRDefault="00E07B4F">
      <w:pPr>
        <w:spacing w:after="120"/>
      </w:pPr>
      <w:r>
        <w:rPr>
          <w:b/>
        </w:rPr>
        <w:t>Nominator Declaration (Required for Route B / Sponsoring Nominator):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Signature of Applicant / Nominee: ___________________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Signature &amp; Seal of Nominator (if applicable): 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 &amp; Designation: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</w:tr>
    </w:tbl>
    <w:p w:rsidR="00416A51" w:rsidRDefault="00E07B4F">
      <w:pPr>
        <w:spacing w:before="120" w:after="240"/>
        <w:rPr>
          <w:i/>
          <w:sz w:val="17"/>
        </w:rPr>
      </w:pPr>
      <w:r>
        <w:rPr>
          <w:i/>
          <w:sz w:val="17"/>
        </w:rPr>
        <w:t>Note on Reconsideration: Applications do not automatically carry forward. Applicants must submit an annual confirmation and updated eligibility/consent form by 31st August for consideration in subsequent cycles.</w:t>
      </w:r>
    </w:p>
    <w:p w:rsidR="00E370D2" w:rsidRDefault="00E370D2">
      <w:pPr>
        <w:spacing w:before="120" w:after="240"/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370D2" w:rsidRPr="00E370D2" w:rsidTr="00E370D2">
        <w:trPr>
          <w:trHeight w:val="690"/>
        </w:trPr>
        <w:tc>
          <w:tcPr>
            <w:tcW w:w="9926" w:type="dxa"/>
            <w:shd w:val="clear" w:color="auto" w:fill="002060"/>
          </w:tcPr>
          <w:p w:rsidR="00E370D2" w:rsidRPr="00E370D2" w:rsidRDefault="00E370D2" w:rsidP="00B848B1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370D2">
              <w:rPr>
                <w:rFonts w:ascii="Arial" w:hAnsi="Arial"/>
                <w:b/>
                <w:color w:val="FFFFFF" w:themeColor="background1"/>
              </w:rPr>
              <w:t>FOR ISNT OFFICE USE ONLY</w:t>
            </w:r>
          </w:p>
        </w:tc>
      </w:tr>
    </w:tbl>
    <w:p w:rsidR="00E370D2" w:rsidRDefault="00E370D2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Registration No. &amp; 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Acknowledgement No.: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416A51"/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Eligibility &amp; Submission Route Verified: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☐  YES    ☐  NO    ☐  NOT APPLICABLE</w:t>
            </w:r>
          </w:p>
        </w:tc>
      </w:tr>
      <w:tr w:rsidR="00416A51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b/>
                <w:sz w:val="18"/>
              </w:rPr>
              <w:t>Action / Decision: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16A51" w:rsidRDefault="00E07B4F">
            <w:r>
              <w:rPr>
                <w:rFonts w:ascii="Arial" w:hAnsi="Arial"/>
                <w:sz w:val="18"/>
              </w:rPr>
              <w:t>☐  Awarded    ☐  Annual Confirmation Received for Next Cycle    ☐  Not Recommended</w:t>
            </w:r>
          </w:p>
        </w:tc>
      </w:tr>
    </w:tbl>
    <w:p w:rsidR="00E07B4F" w:rsidRDefault="00E07B4F"/>
    <w:sectPr w:rsidR="00E07B4F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689" w:rsidRDefault="00060689">
      <w:pPr>
        <w:spacing w:after="0" w:line="240" w:lineRule="auto"/>
      </w:pPr>
      <w:r>
        <w:separator/>
      </w:r>
    </w:p>
  </w:endnote>
  <w:endnote w:type="continuationSeparator" w:id="0">
    <w:p w:rsidR="00060689" w:rsidRDefault="0006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51" w:rsidRDefault="00E07B4F">
    <w:pPr>
      <w:pStyle w:val="Footer"/>
      <w:jc w:val="right"/>
    </w:pPr>
    <w:r>
      <w:rPr>
        <w:rFonts w:ascii="Arial" w:hAnsi="Arial"/>
        <w:color w:val="808080"/>
        <w:sz w:val="17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B4E18">
      <w:rPr>
        <w:noProof/>
      </w:rPr>
      <w:t>5</w:t>
    </w:r>
    <w:r>
      <w:fldChar w:fldCharType="end"/>
    </w:r>
    <w:r>
      <w:t xml:space="preserve"> of </w:t>
    </w:r>
    <w:fldSimple w:instr=" NUMPAGES ">
      <w:r w:rsidR="002B4E18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689" w:rsidRDefault="00060689">
      <w:pPr>
        <w:spacing w:after="0" w:line="240" w:lineRule="auto"/>
      </w:pPr>
      <w:r>
        <w:separator/>
      </w:r>
    </w:p>
  </w:footnote>
  <w:footnote w:type="continuationSeparator" w:id="0">
    <w:p w:rsidR="00060689" w:rsidRDefault="0006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51" w:rsidRDefault="00E07B4F">
    <w:pPr>
      <w:pStyle w:val="Header"/>
      <w:jc w:val="right"/>
    </w:pPr>
    <w:r>
      <w:rPr>
        <w:rFonts w:ascii="Arial" w:hAnsi="Arial"/>
        <w:color w:val="808080"/>
        <w:sz w:val="17"/>
      </w:rPr>
      <w:t>ISNT Form ID: ISNT-AF-YNG-04 | Rev: 2.0 | SOP Ref: ISNT-SOP-AWR-01 (Annexure III 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0689"/>
    <w:rsid w:val="0015074B"/>
    <w:rsid w:val="001A1214"/>
    <w:rsid w:val="001F77C8"/>
    <w:rsid w:val="0029639D"/>
    <w:rsid w:val="002B4E18"/>
    <w:rsid w:val="00326F90"/>
    <w:rsid w:val="00416A51"/>
    <w:rsid w:val="0051378D"/>
    <w:rsid w:val="00666927"/>
    <w:rsid w:val="007371C0"/>
    <w:rsid w:val="00887728"/>
    <w:rsid w:val="00AA1D8D"/>
    <w:rsid w:val="00B47730"/>
    <w:rsid w:val="00B84E26"/>
    <w:rsid w:val="00CB0664"/>
    <w:rsid w:val="00D118E2"/>
    <w:rsid w:val="00E07B4F"/>
    <w:rsid w:val="00E370D2"/>
    <w:rsid w:val="00E37DBB"/>
    <w:rsid w:val="00E60B0E"/>
    <w:rsid w:val="00FA54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A6BD9"/>
  <w14:defaultImageDpi w14:val="300"/>
  <w15:docId w15:val="{D877B8EF-479D-4302-A1AE-1AD51786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510FD4-0482-4BBA-A15D-05256E80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>Nil</dc:description>
  <cp:lastModifiedBy>Admin</cp:lastModifiedBy>
  <cp:revision>14</cp:revision>
  <cp:lastPrinted>2026-08-27T09:11:00Z</cp:lastPrinted>
  <dcterms:created xsi:type="dcterms:W3CDTF">2026-08-26T11:17:00Z</dcterms:created>
  <dcterms:modified xsi:type="dcterms:W3CDTF">2026-08-27T09:11:00Z</dcterms:modified>
  <cp:category/>
</cp:coreProperties>
</file>